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0B3D91"/>
          <w:sz w:val="44"/>
        </w:rPr>
        <w:t>FACTURA</w:t>
      </w:r>
    </w:p>
    <w:p>
      <w:r>
        <w:t>Número: [2027-001]     Fecha de emisión: [dd/mm/aaaa]     Fecha de la operación: [dd/mm/aaaa]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>
              <w:rPr>
                <w:b/>
              </w:rPr>
              <w:t>EMISOR</w:t>
              <w:br/>
              <w:t>[Nombre y apellidos]</w:t>
              <w:br/>
              <w:t>NIF: [00000000X]</w:t>
              <w:br/>
              <w:t>[Dirección]</w:t>
              <w:br/>
              <w:t>[CP y ciudad]</w:t>
              <w:br/>
              <w:t>[Email · Teléfono]</w:t>
            </w:r>
          </w:p>
        </w:tc>
        <w:tc>
          <w:tcPr>
            <w:tcW w:type="dxa" w:w="4986"/>
          </w:tcPr>
          <w:p>
            <w:r>
              <w:rPr>
                <w:b/>
              </w:rPr>
              <w:t>CLIENTE</w:t>
              <w:br/>
              <w:t>[Nombre o razón social]</w:t>
              <w:br/>
              <w:t>NIF: [B00000000]</w:t>
              <w:br/>
              <w:t>[Dirección]</w:t>
              <w:br/>
              <w:t>[CP y ciudad]</w:t>
            </w:r>
          </w:p>
        </w:tc>
      </w:tr>
    </w:tbl>
    <w:p/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493"/>
          </w:tcPr>
          <w:p>
            <w:r>
              <w:rPr>
                <w:b/>
              </w:rPr>
              <w:t>Concepto</w:t>
            </w:r>
          </w:p>
        </w:tc>
        <w:tc>
          <w:tcPr>
            <w:tcW w:type="dxa" w:w="2493"/>
          </w:tcPr>
          <w:p>
            <w:r>
              <w:rPr>
                <w:b/>
              </w:rPr>
              <w:t>Cantidad</w:t>
            </w:r>
          </w:p>
        </w:tc>
        <w:tc>
          <w:tcPr>
            <w:tcW w:type="dxa" w:w="2493"/>
          </w:tcPr>
          <w:p>
            <w:r>
              <w:rPr>
                <w:b/>
              </w:rPr>
              <w:t>Precio unitario</w:t>
            </w:r>
          </w:p>
        </w:tc>
        <w:tc>
          <w:tcPr>
            <w:tcW w:type="dxa" w:w="2493"/>
          </w:tcPr>
          <w:p>
            <w:r>
              <w:rPr>
                <w:b/>
              </w:rPr>
              <w:t>Importe</w:t>
            </w:r>
          </w:p>
        </w:tc>
      </w:tr>
      <w:tr>
        <w:tc>
          <w:tcPr>
            <w:tcW w:type="dxa" w:w="2493"/>
          </w:tcPr>
          <w:p>
            <w:r>
              <w:t>[Descripción del servicio o producto]</w:t>
            </w:r>
          </w:p>
        </w:tc>
        <w:tc>
          <w:tcPr>
            <w:tcW w:type="dxa" w:w="2493"/>
          </w:tcPr>
          <w:p/>
        </w:tc>
        <w:tc>
          <w:tcPr>
            <w:tcW w:type="dxa" w:w="2493"/>
          </w:tcPr>
          <w:p/>
        </w:tc>
        <w:tc>
          <w:tcPr>
            <w:tcW w:type="dxa" w:w="2493"/>
          </w:tcPr>
          <w:p/>
        </w:tc>
      </w:tr>
      <w:tr>
        <w:tc>
          <w:tcPr>
            <w:tcW w:type="dxa" w:w="2493"/>
          </w:tcPr>
          <w:p/>
        </w:tc>
        <w:tc>
          <w:tcPr>
            <w:tcW w:type="dxa" w:w="2493"/>
          </w:tcPr>
          <w:p/>
        </w:tc>
        <w:tc>
          <w:tcPr>
            <w:tcW w:type="dxa" w:w="2493"/>
          </w:tcPr>
          <w:p/>
        </w:tc>
        <w:tc>
          <w:tcPr>
            <w:tcW w:type="dxa" w:w="2493"/>
          </w:tcPr>
          <w:p/>
        </w:tc>
      </w:tr>
      <w:tr>
        <w:tc>
          <w:tcPr>
            <w:tcW w:type="dxa" w:w="2493"/>
          </w:tcPr>
          <w:p/>
        </w:tc>
        <w:tc>
          <w:tcPr>
            <w:tcW w:type="dxa" w:w="2493"/>
          </w:tcPr>
          <w:p/>
        </w:tc>
        <w:tc>
          <w:tcPr>
            <w:tcW w:type="dxa" w:w="2493"/>
          </w:tcPr>
          <w:p/>
        </w:tc>
        <w:tc>
          <w:tcPr>
            <w:tcW w:type="dxa" w:w="2493"/>
          </w:tcPr>
          <w:p/>
        </w:tc>
      </w:tr>
      <w:tr>
        <w:tc>
          <w:tcPr>
            <w:tcW w:type="dxa" w:w="2493"/>
          </w:tcPr>
          <w:p/>
        </w:tc>
        <w:tc>
          <w:tcPr>
            <w:tcW w:type="dxa" w:w="2493"/>
          </w:tcPr>
          <w:p/>
        </w:tc>
        <w:tc>
          <w:tcPr>
            <w:tcW w:type="dxa" w:w="2493"/>
          </w:tcPr>
          <w:p/>
        </w:tc>
        <w:tc>
          <w:tcPr>
            <w:tcW w:type="dxa" w:w="2493"/>
          </w:tcPr>
          <w:p/>
        </w:tc>
      </w:tr>
    </w:tbl>
    <w:p/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>
              <w:t>Base imponible</w:t>
            </w:r>
          </w:p>
        </w:tc>
        <w:tc>
          <w:tcPr>
            <w:tcW w:type="dxa" w:w="4986"/>
          </w:tcPr>
          <w:p>
            <w:r>
              <w:t>[0,00 €]</w:t>
            </w:r>
          </w:p>
        </w:tc>
      </w:tr>
      <w:tr>
        <w:tc>
          <w:tcPr>
            <w:tcW w:type="dxa" w:w="4986"/>
          </w:tcPr>
          <w:p>
            <w:r>
              <w:t>IVA ([21] %)</w:t>
            </w:r>
          </w:p>
        </w:tc>
        <w:tc>
          <w:tcPr>
            <w:tcW w:type="dxa" w:w="4986"/>
          </w:tcPr>
          <w:p>
            <w:r>
              <w:t>[0,00 €]</w:t>
            </w:r>
          </w:p>
        </w:tc>
      </w:tr>
      <w:tr>
        <w:tc>
          <w:tcPr>
            <w:tcW w:type="dxa" w:w="4986"/>
          </w:tcPr>
          <w:p>
            <w:r>
              <w:t>Retención IRPF ([15] %)</w:t>
            </w:r>
          </w:p>
        </w:tc>
        <w:tc>
          <w:tcPr>
            <w:tcW w:type="dxa" w:w="4986"/>
          </w:tcPr>
          <w:p>
            <w:r>
              <w:t>[-0,00 €]</w:t>
            </w:r>
          </w:p>
        </w:tc>
      </w:tr>
      <w:tr>
        <w:tc>
          <w:tcPr>
            <w:tcW w:type="dxa" w:w="4986"/>
          </w:tcPr>
          <w:p>
            <w:r>
              <w:rPr>
                <w:b/>
              </w:rPr>
              <w:t>TOTAL A PAGAR</w:t>
            </w:r>
          </w:p>
        </w:tc>
        <w:tc>
          <w:tcPr>
            <w:tcW w:type="dxa" w:w="4986"/>
          </w:tcPr>
          <w:p>
            <w:r>
              <w:t>[0,00 €]</w:t>
            </w:r>
          </w:p>
        </w:tc>
      </w:tr>
    </w:tbl>
    <w:p/>
    <w:p>
      <w:r>
        <w:t>Forma de pago: transferencia a [IBAN ES00 0000 0000 0000 0000 0000]. Vencimiento: [dd/mm/aaaa].</w:t>
      </w:r>
    </w:p>
    <w:p>
      <w:r>
        <w:t>Menciones especiales (solo si procede): «Operación exenta de IVA según art. 20 de la Ley 37/1992» · «Inversión del sujeto pasivo» · «Operación no sujeta a IVA por reglas de localización».</w:t>
      </w:r>
    </w:p>
    <w:sectPr w:rsidR="00FC693F" w:rsidRPr="0006063C" w:rsidSect="00034616">
      <w:pgSz w:w="12240" w:h="15840"/>
      <w:pgMar w:top="1440" w:right="1134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